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5D4E" w14:textId="77777777" w:rsidR="000655BD" w:rsidRPr="00D61D82" w:rsidRDefault="00F156D7">
      <w:pPr>
        <w:jc w:val="center"/>
        <w:rPr>
          <w:rFonts w:ascii="Times New Roman" w:hAnsi="Times New Roman" w:cs="Times New Roman"/>
        </w:rPr>
      </w:pPr>
      <w:r w:rsidRPr="00D61D82">
        <w:rPr>
          <w:rFonts w:ascii="Times New Roman" w:hAnsi="Times New Roman" w:cs="Times New Roman"/>
          <w:b/>
          <w:color w:val="2C3E50"/>
          <w:sz w:val="40"/>
        </w:rPr>
        <w:t>РОЗКЛАД</w:t>
      </w:r>
    </w:p>
    <w:p w14:paraId="34AA68C1" w14:textId="77777777" w:rsidR="000655BD" w:rsidRPr="00D61D82" w:rsidRDefault="00F156D7">
      <w:pPr>
        <w:jc w:val="center"/>
        <w:rPr>
          <w:rFonts w:ascii="Times New Roman" w:hAnsi="Times New Roman" w:cs="Times New Roman"/>
        </w:rPr>
      </w:pPr>
      <w:r w:rsidRPr="00D61D82">
        <w:rPr>
          <w:rFonts w:ascii="Times New Roman" w:hAnsi="Times New Roman" w:cs="Times New Roman"/>
          <w:i/>
          <w:sz w:val="24"/>
        </w:rPr>
        <w:t>навчальних занять та наукової роботи аспірантів</w:t>
      </w:r>
    </w:p>
    <w:p w14:paraId="088191DA" w14:textId="77777777" w:rsidR="000655BD" w:rsidRPr="00D61D82" w:rsidRDefault="00F156D7">
      <w:pPr>
        <w:jc w:val="center"/>
        <w:rPr>
          <w:rFonts w:ascii="Times New Roman" w:hAnsi="Times New Roman" w:cs="Times New Roman"/>
        </w:rPr>
      </w:pPr>
      <w:r w:rsidRPr="00D61D82">
        <w:rPr>
          <w:rFonts w:ascii="Times New Roman" w:hAnsi="Times New Roman" w:cs="Times New Roman"/>
          <w:b/>
          <w:color w:val="4C6782"/>
          <w:sz w:val="26"/>
        </w:rPr>
        <w:t xml:space="preserve">1 </w:t>
      </w:r>
      <w:proofErr w:type="gramStart"/>
      <w:r w:rsidRPr="00D61D82">
        <w:rPr>
          <w:rFonts w:ascii="Times New Roman" w:hAnsi="Times New Roman" w:cs="Times New Roman"/>
          <w:b/>
          <w:color w:val="4C6782"/>
          <w:sz w:val="26"/>
        </w:rPr>
        <w:t>КУРС  •</w:t>
      </w:r>
      <w:proofErr w:type="gramEnd"/>
      <w:r w:rsidRPr="00D61D82">
        <w:rPr>
          <w:rFonts w:ascii="Times New Roman" w:hAnsi="Times New Roman" w:cs="Times New Roman"/>
          <w:b/>
          <w:color w:val="4C6782"/>
          <w:sz w:val="26"/>
        </w:rPr>
        <w:t xml:space="preserve">  І семестр</w:t>
      </w:r>
    </w:p>
    <w:p w14:paraId="6DC51496" w14:textId="77777777" w:rsidR="000655BD" w:rsidRDefault="000655BD"/>
    <w:tbl>
      <w:tblPr>
        <w:tblW w:w="0" w:type="auto"/>
        <w:jc w:val="center"/>
        <w:tblBorders>
          <w:top w:val="single" w:sz="8" w:space="0" w:color="B7C4D3"/>
          <w:left w:val="single" w:sz="8" w:space="0" w:color="B7C4D3"/>
          <w:bottom w:val="single" w:sz="8" w:space="0" w:color="B7C4D3"/>
          <w:right w:val="single" w:sz="8" w:space="0" w:color="B7C4D3"/>
          <w:insideH w:val="single" w:sz="8" w:space="0" w:color="B7C4D3"/>
          <w:insideV w:val="single" w:sz="8" w:space="0" w:color="B7C4D3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14"/>
        <w:gridCol w:w="5102"/>
      </w:tblGrid>
      <w:tr w:rsidR="000655BD" w:rsidRPr="00D61D82" w14:paraId="746F90EB" w14:textId="77777777">
        <w:trPr>
          <w:jc w:val="center"/>
        </w:trPr>
        <w:tc>
          <w:tcPr>
            <w:tcW w:w="2268" w:type="dxa"/>
            <w:shd w:val="clear" w:color="auto" w:fill="4C6782"/>
            <w:vAlign w:val="center"/>
          </w:tcPr>
          <w:p w14:paraId="3CB3A7C4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ДЕНЬ</w:t>
            </w:r>
          </w:p>
        </w:tc>
        <w:tc>
          <w:tcPr>
            <w:tcW w:w="1814" w:type="dxa"/>
            <w:shd w:val="clear" w:color="auto" w:fill="4C6782"/>
            <w:vAlign w:val="center"/>
          </w:tcPr>
          <w:p w14:paraId="5337EBFC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ЧАС</w:t>
            </w:r>
          </w:p>
        </w:tc>
        <w:tc>
          <w:tcPr>
            <w:tcW w:w="5102" w:type="dxa"/>
            <w:shd w:val="clear" w:color="auto" w:fill="4C6782"/>
            <w:vAlign w:val="center"/>
          </w:tcPr>
          <w:p w14:paraId="2364FDF6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ВИД РОБОТИ</w:t>
            </w:r>
          </w:p>
        </w:tc>
      </w:tr>
      <w:tr w:rsidR="000655BD" w:rsidRPr="00D61D82" w14:paraId="466F8158" w14:textId="77777777">
        <w:trPr>
          <w:jc w:val="center"/>
        </w:trPr>
        <w:tc>
          <w:tcPr>
            <w:tcW w:w="2268" w:type="dxa"/>
            <w:vAlign w:val="center"/>
          </w:tcPr>
          <w:p w14:paraId="77177D4E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Понеділок</w:t>
            </w:r>
          </w:p>
        </w:tc>
        <w:tc>
          <w:tcPr>
            <w:tcW w:w="1814" w:type="dxa"/>
            <w:vAlign w:val="center"/>
          </w:tcPr>
          <w:p w14:paraId="5B2F15F1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1AACE0B5" w14:textId="77777777" w:rsidR="000C7A34" w:rsidRPr="00D61D82" w:rsidRDefault="00AA2293" w:rsidP="000C7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Іноземна мова наукової діяльності</w:t>
            </w:r>
          </w:p>
          <w:p w14:paraId="38699B17" w14:textId="5657E29B" w:rsidR="000C7A34" w:rsidRPr="00D61D82" w:rsidRDefault="000C7A34" w:rsidP="000C7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Насакіна</w:t>
            </w:r>
            <w:proofErr w:type="spellEnd"/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С. В.)</w:t>
            </w:r>
          </w:p>
        </w:tc>
      </w:tr>
      <w:tr w:rsidR="000655BD" w:rsidRPr="00D61D82" w14:paraId="125DDE9F" w14:textId="77777777">
        <w:trPr>
          <w:jc w:val="center"/>
        </w:trPr>
        <w:tc>
          <w:tcPr>
            <w:tcW w:w="2268" w:type="dxa"/>
            <w:vAlign w:val="center"/>
          </w:tcPr>
          <w:p w14:paraId="24D32F93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1814" w:type="dxa"/>
            <w:vAlign w:val="center"/>
          </w:tcPr>
          <w:p w14:paraId="54D4DAD7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увесь день</w:t>
            </w:r>
          </w:p>
        </w:tc>
        <w:tc>
          <w:tcPr>
            <w:tcW w:w="5102" w:type="dxa"/>
            <w:shd w:val="clear" w:color="auto" w:fill="EEF3F7"/>
            <w:vAlign w:val="center"/>
          </w:tcPr>
          <w:p w14:paraId="04DC4C0A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Наукова робота</w:t>
            </w:r>
          </w:p>
        </w:tc>
      </w:tr>
      <w:tr w:rsidR="000655BD" w:rsidRPr="00D61D82" w14:paraId="4ACCCDF0" w14:textId="77777777">
        <w:trPr>
          <w:jc w:val="center"/>
        </w:trPr>
        <w:tc>
          <w:tcPr>
            <w:tcW w:w="2268" w:type="dxa"/>
            <w:vAlign w:val="center"/>
          </w:tcPr>
          <w:p w14:paraId="36323C13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Середа</w:t>
            </w:r>
          </w:p>
        </w:tc>
        <w:tc>
          <w:tcPr>
            <w:tcW w:w="1814" w:type="dxa"/>
            <w:vAlign w:val="center"/>
          </w:tcPr>
          <w:p w14:paraId="4037753A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увесь день</w:t>
            </w:r>
          </w:p>
        </w:tc>
        <w:tc>
          <w:tcPr>
            <w:tcW w:w="5102" w:type="dxa"/>
            <w:shd w:val="clear" w:color="auto" w:fill="EEF3F7"/>
            <w:vAlign w:val="center"/>
          </w:tcPr>
          <w:p w14:paraId="2A99011F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Наукова робота</w:t>
            </w:r>
          </w:p>
        </w:tc>
      </w:tr>
      <w:tr w:rsidR="000655BD" w:rsidRPr="00D61D82" w14:paraId="39A3752F" w14:textId="77777777">
        <w:trPr>
          <w:jc w:val="center"/>
        </w:trPr>
        <w:tc>
          <w:tcPr>
            <w:tcW w:w="2268" w:type="dxa"/>
            <w:vAlign w:val="center"/>
          </w:tcPr>
          <w:p w14:paraId="2E055B90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Четвер</w:t>
            </w:r>
          </w:p>
        </w:tc>
        <w:tc>
          <w:tcPr>
            <w:tcW w:w="1814" w:type="dxa"/>
            <w:vAlign w:val="center"/>
          </w:tcPr>
          <w:p w14:paraId="1E9661F4" w14:textId="4BB8924C" w:rsidR="000655BD" w:rsidRPr="00D61D82" w:rsidRDefault="00F15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531F" w:rsidRPr="00D61D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4CD767DF" w14:textId="77777777" w:rsidR="000655BD" w:rsidRPr="00D61D82" w:rsidRDefault="00F156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Філософія</w:t>
            </w:r>
            <w:proofErr w:type="spellEnd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науки</w:t>
            </w:r>
            <w:proofErr w:type="spellEnd"/>
          </w:p>
          <w:p w14:paraId="0A38A1CA" w14:textId="6894AC9D" w:rsidR="000C7A34" w:rsidRPr="00D61D82" w:rsidRDefault="000C7A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Чебан</w:t>
            </w:r>
            <w:proofErr w:type="spellEnd"/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 М.)</w:t>
            </w:r>
          </w:p>
        </w:tc>
      </w:tr>
      <w:tr w:rsidR="000C7A34" w:rsidRPr="00D61D82" w14:paraId="7747757C" w14:textId="77777777">
        <w:trPr>
          <w:jc w:val="center"/>
        </w:trPr>
        <w:tc>
          <w:tcPr>
            <w:tcW w:w="2268" w:type="dxa"/>
            <w:vMerge w:val="restart"/>
            <w:vAlign w:val="center"/>
          </w:tcPr>
          <w:p w14:paraId="0B2F773E" w14:textId="77777777" w:rsidR="000C7A34" w:rsidRPr="00D61D82" w:rsidRDefault="000C7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П’ятниця</w:t>
            </w:r>
            <w:proofErr w:type="spellEnd"/>
          </w:p>
          <w:p w14:paraId="302D4785" w14:textId="20742C75" w:rsidR="000C7A34" w:rsidRPr="00D61D82" w:rsidRDefault="000C7A34" w:rsidP="00B45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41D94D7" w14:textId="77777777" w:rsidR="000C7A34" w:rsidRPr="00D61D82" w:rsidRDefault="000C7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49DFB1C9" w14:textId="77777777" w:rsidR="000C7A34" w:rsidRPr="00D61D82" w:rsidRDefault="000C7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Методика </w:t>
            </w:r>
            <w:r w:rsidR="00CF1F1D"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дослідної справи та організація підготовки дисертаційної роботи</w:t>
            </w:r>
          </w:p>
          <w:p w14:paraId="0DE3CD4B" w14:textId="0DE0A0F3" w:rsidR="00CF1F1D" w:rsidRPr="00D61D82" w:rsidRDefault="00CF1F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(Марченко Т. Ю.)</w:t>
            </w:r>
          </w:p>
        </w:tc>
      </w:tr>
      <w:tr w:rsidR="000C7A34" w:rsidRPr="00D61D82" w14:paraId="27B58C8F" w14:textId="77777777">
        <w:trPr>
          <w:jc w:val="center"/>
        </w:trPr>
        <w:tc>
          <w:tcPr>
            <w:tcW w:w="2268" w:type="dxa"/>
            <w:vMerge/>
            <w:vAlign w:val="center"/>
          </w:tcPr>
          <w:p w14:paraId="0B72FB94" w14:textId="6A77AB70" w:rsidR="000C7A34" w:rsidRPr="00D61D82" w:rsidRDefault="000C7A34" w:rsidP="00B45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52A1509" w14:textId="77777777" w:rsidR="000C7A34" w:rsidRPr="00D61D82" w:rsidRDefault="000C7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D8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5D6BE6F5" w14:textId="77777777" w:rsidR="000C7A34" w:rsidRPr="00D61D82" w:rsidRDefault="000C7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Інтенсивні</w:t>
            </w:r>
            <w:proofErr w:type="spellEnd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системи</w:t>
            </w:r>
            <w:proofErr w:type="spellEnd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1D82">
              <w:rPr>
                <w:rFonts w:ascii="Times New Roman" w:hAnsi="Times New Roman" w:cs="Times New Roman"/>
                <w:b/>
                <w:sz w:val="24"/>
                <w:szCs w:val="24"/>
              </w:rPr>
              <w:t>землеробства</w:t>
            </w:r>
            <w:proofErr w:type="spellEnd"/>
          </w:p>
          <w:p w14:paraId="4A75E3EB" w14:textId="143ABC9A" w:rsidR="002670D0" w:rsidRPr="00D61D82" w:rsidRDefault="002670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="00C75918" w:rsidRPr="00D61D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Заєць С. О.)</w:t>
            </w:r>
          </w:p>
        </w:tc>
      </w:tr>
    </w:tbl>
    <w:p w14:paraId="1098499D" w14:textId="77777777" w:rsidR="000655BD" w:rsidRPr="00D61D82" w:rsidRDefault="000655BD">
      <w:pPr>
        <w:rPr>
          <w:rFonts w:ascii="Times New Roman" w:hAnsi="Times New Roman" w:cs="Times New Roman"/>
          <w:sz w:val="28"/>
          <w:szCs w:val="28"/>
        </w:rPr>
      </w:pPr>
    </w:p>
    <w:p w14:paraId="3D4CCE6C" w14:textId="77777777" w:rsidR="000655BD" w:rsidRPr="00D61D82" w:rsidRDefault="00F156D7">
      <w:pPr>
        <w:rPr>
          <w:rFonts w:ascii="Times New Roman" w:hAnsi="Times New Roman" w:cs="Times New Roman"/>
          <w:sz w:val="28"/>
          <w:szCs w:val="28"/>
        </w:rPr>
      </w:pPr>
      <w:r w:rsidRPr="00D61D82">
        <w:rPr>
          <w:rFonts w:ascii="Times New Roman" w:hAnsi="Times New Roman" w:cs="Times New Roman"/>
          <w:b/>
          <w:sz w:val="28"/>
          <w:szCs w:val="28"/>
        </w:rPr>
        <w:t xml:space="preserve">Примітка: </w:t>
      </w:r>
      <w:r w:rsidRPr="00D61D82">
        <w:rPr>
          <w:rFonts w:ascii="Times New Roman" w:hAnsi="Times New Roman" w:cs="Times New Roman"/>
          <w:sz w:val="28"/>
          <w:szCs w:val="28"/>
        </w:rPr>
        <w:t>у час, не зайнятий навчальними заняттями, аспірант здійснює наукову роботу відповідно до індивідуального плану.</w:t>
      </w:r>
    </w:p>
    <w:p w14:paraId="4697DC87" w14:textId="0B8865D0" w:rsidR="000655BD" w:rsidRPr="00984B80" w:rsidRDefault="000655BD">
      <w:pPr>
        <w:rPr>
          <w:lang w:val="uk-UA"/>
        </w:rPr>
      </w:pPr>
    </w:p>
    <w:sectPr w:rsidR="000655BD" w:rsidRPr="00984B80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8835723">
    <w:abstractNumId w:val="8"/>
  </w:num>
  <w:num w:numId="2" w16cid:durableId="633294611">
    <w:abstractNumId w:val="6"/>
  </w:num>
  <w:num w:numId="3" w16cid:durableId="182867508">
    <w:abstractNumId w:val="5"/>
  </w:num>
  <w:num w:numId="4" w16cid:durableId="1036396291">
    <w:abstractNumId w:val="4"/>
  </w:num>
  <w:num w:numId="5" w16cid:durableId="77796165">
    <w:abstractNumId w:val="7"/>
  </w:num>
  <w:num w:numId="6" w16cid:durableId="2045058159">
    <w:abstractNumId w:val="3"/>
  </w:num>
  <w:num w:numId="7" w16cid:durableId="1665351624">
    <w:abstractNumId w:val="2"/>
  </w:num>
  <w:num w:numId="8" w16cid:durableId="278462925">
    <w:abstractNumId w:val="1"/>
  </w:num>
  <w:num w:numId="9" w16cid:durableId="43529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5BD"/>
    <w:rsid w:val="000C7A34"/>
    <w:rsid w:val="0015074B"/>
    <w:rsid w:val="001C6784"/>
    <w:rsid w:val="002670D0"/>
    <w:rsid w:val="0029639D"/>
    <w:rsid w:val="00326F90"/>
    <w:rsid w:val="003B49F1"/>
    <w:rsid w:val="006641A5"/>
    <w:rsid w:val="007A531F"/>
    <w:rsid w:val="00984B80"/>
    <w:rsid w:val="00AA1D8D"/>
    <w:rsid w:val="00AA2293"/>
    <w:rsid w:val="00B47730"/>
    <w:rsid w:val="00C75918"/>
    <w:rsid w:val="00CB0664"/>
    <w:rsid w:val="00CF1F1D"/>
    <w:rsid w:val="00D61D82"/>
    <w:rsid w:val="00E01C47"/>
    <w:rsid w:val="00F156D7"/>
    <w:rsid w:val="00FC693F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1C79413-10AD-46FC-9B57-4EA92A1A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Маргарита Горкава</cp:lastModifiedBy>
  <cp:revision>13</cp:revision>
  <dcterms:created xsi:type="dcterms:W3CDTF">2013-12-23T23:15:00Z</dcterms:created>
  <dcterms:modified xsi:type="dcterms:W3CDTF">2026-09-29T10:54:00Z</dcterms:modified>
  <cp:category/>
</cp:coreProperties>
</file>